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344" w:rsidRDefault="00A31344" w:rsidP="00A31344">
      <w:pPr>
        <w:rPr>
          <w:rFonts w:ascii="Times New Roman" w:hAnsi="Times New Roman" w:cs="Times New Roman"/>
          <w:sz w:val="22"/>
        </w:rPr>
      </w:pPr>
    </w:p>
    <w:p w:rsidR="00EE4112" w:rsidRPr="00A31344" w:rsidRDefault="00A31344" w:rsidP="00A31344">
      <w:pPr>
        <w:rPr>
          <w:rFonts w:ascii="Times New Roman" w:hAnsi="Times New Roman" w:cs="Times New Roman"/>
          <w:sz w:val="22"/>
        </w:rPr>
      </w:pPr>
      <w:proofErr w:type="spellStart"/>
      <w:r w:rsidRPr="00A31344">
        <w:rPr>
          <w:rFonts w:ascii="Times New Roman" w:hAnsi="Times New Roman" w:cs="Times New Roman"/>
          <w:sz w:val="22"/>
        </w:rPr>
        <w:t>Domanda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di </w:t>
      </w:r>
      <w:proofErr w:type="spellStart"/>
      <w:r w:rsidRPr="00A31344">
        <w:rPr>
          <w:rFonts w:ascii="Times New Roman" w:hAnsi="Times New Roman" w:cs="Times New Roman"/>
          <w:sz w:val="22"/>
        </w:rPr>
        <w:t>partecipazione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sz w:val="22"/>
        </w:rPr>
        <w:t>all’interpello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per posto comune infanzia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b/>
          <w:sz w:val="22"/>
        </w:rPr>
        <w:t>AAAA · un posto · 25 ore settimanali · fino al 22 dicembre 2026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Al Dirigente scolastico dell’I.C. “Marco Polo” di Senago</w:t>
      </w:r>
    </w:p>
    <w:p w:rsidR="00EE4112" w:rsidRPr="00A31344" w:rsidRDefault="00A31344">
      <w:pPr>
        <w:pStyle w:val="Titolo1"/>
        <w:rPr>
          <w:rFonts w:ascii="Times New Roman" w:hAnsi="Times New Roman" w:cs="Times New Roman"/>
          <w:sz w:val="22"/>
          <w:szCs w:val="22"/>
        </w:rPr>
      </w:pPr>
      <w:r w:rsidRPr="00A31344">
        <w:rPr>
          <w:rFonts w:ascii="Times New Roman" w:hAnsi="Times New Roman" w:cs="Times New Roman"/>
          <w:sz w:val="22"/>
          <w:szCs w:val="22"/>
        </w:rPr>
        <w:t>Dati personali e recapiti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Cognome __________________________ Nome __________________________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Nato/a a __________________________ il __________ Codice fiscale __________________________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Residenza (indirizzo completo) ______________________________________________________________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Cellulare __________________________ E-mail __________________________ PEC (eventuale) __________________________</w:t>
      </w:r>
    </w:p>
    <w:p w:rsidR="00A31344" w:rsidRDefault="00A31344" w:rsidP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 xml:space="preserve">Il/La sottoscritto/a CHIEDE di partecipare all’interpello e, ai sensi degli articoli 46 e 47 del D.P.R. n. 445/2000, consapevole delle conseguenze degli articoli 75 e 76, DICHIARA </w:t>
      </w:r>
      <w:proofErr w:type="spellStart"/>
      <w:r w:rsidRPr="00A31344">
        <w:rPr>
          <w:rFonts w:ascii="Times New Roman" w:hAnsi="Times New Roman" w:cs="Times New Roman"/>
          <w:sz w:val="22"/>
        </w:rPr>
        <w:t>quanto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segue.</w:t>
      </w:r>
    </w:p>
    <w:p w:rsidR="00EE4112" w:rsidRPr="00A31344" w:rsidRDefault="00A31344" w:rsidP="00A31344">
      <w:pPr>
        <w:rPr>
          <w:rFonts w:ascii="Times New Roman" w:hAnsi="Times New Roman" w:cs="Times New Roman"/>
          <w:b/>
          <w:sz w:val="22"/>
        </w:rPr>
      </w:pPr>
      <w:r w:rsidRPr="00A31344">
        <w:rPr>
          <w:rFonts w:ascii="Times New Roman" w:hAnsi="Times New Roman" w:cs="Times New Roman"/>
          <w:b/>
          <w:sz w:val="22"/>
        </w:rPr>
        <w:t xml:space="preserve">1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Titolo</w:t>
      </w:r>
      <w:proofErr w:type="spellEnd"/>
      <w:r w:rsidRPr="00A31344">
        <w:rPr>
          <w:rFonts w:ascii="Times New Roman" w:hAnsi="Times New Roman" w:cs="Times New Roman"/>
          <w:b/>
          <w:sz w:val="22"/>
        </w:rPr>
        <w:t xml:space="preserve"> di accesso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prioritario</w:t>
      </w:r>
      <w:proofErr w:type="spellEnd"/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Barrare una sola voce, corrispondente alla prima categoria applicabile nell’ordine dell’avviso: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Laurea in Scienze della formazione primaria, indirizzo infanzia, o altro titolo abilitante per l’infanzia: specificare __________________________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Diploma di scuola magistrale o titolo sperimentale equiparato conseguito entro l’a.s. 2001/2002 e valido per l’infanzia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Iscrizione al 3°, 4° o 5° anno di Scienze della </w:t>
      </w:r>
      <w:proofErr w:type="spellStart"/>
      <w:r w:rsidRPr="00A31344">
        <w:rPr>
          <w:rFonts w:ascii="Times New Roman" w:hAnsi="Times New Roman" w:cs="Times New Roman"/>
          <w:sz w:val="22"/>
        </w:rPr>
        <w:t>formazione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sz w:val="22"/>
        </w:rPr>
        <w:t>primaria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A31344">
        <w:rPr>
          <w:rFonts w:ascii="Times New Roman" w:hAnsi="Times New Roman" w:cs="Times New Roman"/>
          <w:sz w:val="22"/>
        </w:rPr>
        <w:t>indirizzo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sz w:val="22"/>
        </w:rPr>
        <w:t>infanzia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, con </w:t>
      </w:r>
      <w:proofErr w:type="spellStart"/>
      <w:r w:rsidRPr="00A31344">
        <w:rPr>
          <w:rFonts w:ascii="Times New Roman" w:hAnsi="Times New Roman" w:cs="Times New Roman"/>
          <w:sz w:val="22"/>
        </w:rPr>
        <w:t>almeno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</w:t>
      </w:r>
      <w:r w:rsidR="009455ED">
        <w:rPr>
          <w:rFonts w:ascii="Times New Roman" w:hAnsi="Times New Roman" w:cs="Times New Roman"/>
          <w:sz w:val="22"/>
        </w:rPr>
        <w:t>90</w:t>
      </w:r>
      <w:bookmarkStart w:id="0" w:name="_GoBack"/>
      <w:bookmarkEnd w:id="0"/>
      <w:r w:rsidRPr="00A31344">
        <w:rPr>
          <w:rFonts w:ascii="Times New Roman" w:hAnsi="Times New Roman" w:cs="Times New Roman"/>
          <w:sz w:val="22"/>
        </w:rPr>
        <w:t xml:space="preserve"> CFU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Laurea magistrale in Scienze pedagogiche, Psicologia o disciplina affine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Laurea triennale in Scienze dell’educazione o della formazione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Altra laurea magistrale o triennale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Diploma di liceo delle Scienze umane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Altro diploma di istruzione secondaria di secondo grado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Titolo esatto __________________________ Ateneo/istituto __________________________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Data conseguimento __________ Votazione __________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Se titolo estero, estremi del riconoscimento/istanza e autorità competente __________________________</w:t>
      </w:r>
    </w:p>
    <w:p w:rsidR="00A31344" w:rsidRDefault="00A31344" w:rsidP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 xml:space="preserve">Se studente SFP: ateneo __________ anno di </w:t>
      </w:r>
      <w:proofErr w:type="spellStart"/>
      <w:r w:rsidRPr="00A31344">
        <w:rPr>
          <w:rFonts w:ascii="Times New Roman" w:hAnsi="Times New Roman" w:cs="Times New Roman"/>
          <w:sz w:val="22"/>
        </w:rPr>
        <w:t>corso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__________ CFU </w:t>
      </w:r>
      <w:proofErr w:type="spellStart"/>
      <w:r w:rsidRPr="00A31344">
        <w:rPr>
          <w:rFonts w:ascii="Times New Roman" w:hAnsi="Times New Roman" w:cs="Times New Roman"/>
          <w:sz w:val="22"/>
        </w:rPr>
        <w:t>conseguiti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__________</w:t>
      </w:r>
    </w:p>
    <w:p w:rsidR="00EE4112" w:rsidRPr="00A31344" w:rsidRDefault="00A31344" w:rsidP="00A31344">
      <w:pPr>
        <w:rPr>
          <w:rFonts w:ascii="Times New Roman" w:hAnsi="Times New Roman" w:cs="Times New Roman"/>
          <w:b/>
          <w:sz w:val="22"/>
        </w:rPr>
      </w:pPr>
      <w:r w:rsidRPr="00A31344">
        <w:rPr>
          <w:rFonts w:ascii="Times New Roman" w:hAnsi="Times New Roman" w:cs="Times New Roman"/>
          <w:b/>
          <w:sz w:val="22"/>
        </w:rPr>
        <w:t xml:space="preserve">2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Requisiti</w:t>
      </w:r>
      <w:proofErr w:type="spellEnd"/>
      <w:r w:rsidRPr="00A31344">
        <w:rPr>
          <w:rFonts w:ascii="Times New Roman" w:hAnsi="Times New Roman" w:cs="Times New Roman"/>
          <w:b/>
          <w:sz w:val="22"/>
        </w:rPr>
        <w:t xml:space="preserve"> e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dichiarazioni</w:t>
      </w:r>
      <w:proofErr w:type="spellEnd"/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Di avere almeno 18 anni e di possedere i requisiti generali per l’accesso agli impieghi pubblici.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Di essere cittadino/a italiano/a, dell’Unione europea o in altra condizione ammessa dalla legge e di possedere adeguata conoscenza della lingua italiana.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lastRenderedPageBreak/>
        <w:t>☐</w:t>
      </w:r>
      <w:r w:rsidRPr="00A31344">
        <w:rPr>
          <w:rFonts w:ascii="Times New Roman" w:hAnsi="Times New Roman" w:cs="Times New Roman"/>
          <w:sz w:val="22"/>
        </w:rPr>
        <w:t xml:space="preserve"> Di godere dei diritti civili e politici e di non trovarsi in condizioni ostative all’assunzione nella pubblica amministrazione.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Di non essere già stato/a individuato/a quale destinatario/a di un contratto a tempo determinato alla scadenza dell’interpello.</w:t>
      </w:r>
    </w:p>
    <w:p w:rsidR="00A31344" w:rsidRDefault="00A31344" w:rsidP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 xml:space="preserve">Condanne penali o procedimenti pendenti rilevanti: </w:t>
      </w: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sz w:val="22"/>
        </w:rPr>
        <w:t>nessuno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</w:t>
      </w: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sz w:val="22"/>
        </w:rPr>
        <w:t>presenti</w:t>
      </w:r>
      <w:proofErr w:type="spellEnd"/>
      <w:r w:rsidRPr="00A31344">
        <w:rPr>
          <w:rFonts w:ascii="Times New Roman" w:hAnsi="Times New Roman" w:cs="Times New Roman"/>
          <w:sz w:val="22"/>
        </w:rPr>
        <w:t xml:space="preserve"> (</w:t>
      </w:r>
      <w:proofErr w:type="spellStart"/>
      <w:r w:rsidRPr="00A31344">
        <w:rPr>
          <w:rFonts w:ascii="Times New Roman" w:hAnsi="Times New Roman" w:cs="Times New Roman"/>
          <w:sz w:val="22"/>
        </w:rPr>
        <w:t>specificare</w:t>
      </w:r>
      <w:proofErr w:type="spellEnd"/>
      <w:r w:rsidRPr="00A31344">
        <w:rPr>
          <w:rFonts w:ascii="Times New Roman" w:hAnsi="Times New Roman" w:cs="Times New Roman"/>
          <w:sz w:val="22"/>
        </w:rPr>
        <w:t>) __________________________</w:t>
      </w:r>
    </w:p>
    <w:p w:rsidR="00EE4112" w:rsidRPr="00A31344" w:rsidRDefault="00A31344" w:rsidP="00A31344">
      <w:pPr>
        <w:rPr>
          <w:rFonts w:ascii="Times New Roman" w:hAnsi="Times New Roman" w:cs="Times New Roman"/>
          <w:b/>
          <w:sz w:val="22"/>
        </w:rPr>
      </w:pPr>
      <w:r w:rsidRPr="00A31344">
        <w:rPr>
          <w:rFonts w:ascii="Times New Roman" w:hAnsi="Times New Roman" w:cs="Times New Roman"/>
          <w:b/>
          <w:sz w:val="22"/>
        </w:rPr>
        <w:t xml:space="preserve">3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Servizi</w:t>
      </w:r>
      <w:proofErr w:type="spellEnd"/>
      <w:r w:rsidRPr="00A31344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nella</w:t>
      </w:r>
      <w:proofErr w:type="spellEnd"/>
      <w:r w:rsidRPr="00A31344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scuola</w:t>
      </w:r>
      <w:proofErr w:type="spellEnd"/>
      <w:r w:rsidRPr="00A31344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A31344">
        <w:rPr>
          <w:rFonts w:ascii="Times New Roman" w:hAnsi="Times New Roman" w:cs="Times New Roman"/>
          <w:b/>
          <w:sz w:val="22"/>
        </w:rPr>
        <w:t>dell’infanzia</w:t>
      </w:r>
      <w:proofErr w:type="spellEnd"/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Indicare solo periodi effettivamente prestati. Specificare posto comune o sostegno e aggiungere righe o un foglio firmato, se necessario. In assenza di servizio scrivere “nessuno”.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proofErr w:type="gramStart"/>
      <w:r w:rsidRPr="00A31344">
        <w:rPr>
          <w:rFonts w:ascii="Times New Roman" w:hAnsi="Times New Roman" w:cs="Times New Roman"/>
          <w:b/>
          <w:sz w:val="22"/>
        </w:rPr>
        <w:t>A  I.C.</w:t>
      </w:r>
      <w:proofErr w:type="gramEnd"/>
      <w:r w:rsidRPr="00A31344">
        <w:rPr>
          <w:rFonts w:ascii="Times New Roman" w:hAnsi="Times New Roman" w:cs="Times New Roman"/>
          <w:b/>
          <w:sz w:val="22"/>
        </w:rPr>
        <w:t xml:space="preserve"> Marco Polo nell’a.s. 2025/2026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Istituzione / plesso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A.S. / posto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Dal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Giorni</w:t>
            </w: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E4112" w:rsidRPr="00A31344" w:rsidRDefault="00A31344">
      <w:pPr>
        <w:rPr>
          <w:rFonts w:ascii="Times New Roman" w:hAnsi="Times New Roman" w:cs="Times New Roman"/>
          <w:sz w:val="22"/>
        </w:rPr>
      </w:pPr>
      <w:proofErr w:type="gramStart"/>
      <w:r w:rsidRPr="00A31344">
        <w:rPr>
          <w:rFonts w:ascii="Times New Roman" w:hAnsi="Times New Roman" w:cs="Times New Roman"/>
          <w:b/>
          <w:sz w:val="22"/>
        </w:rPr>
        <w:t>B  I.C.</w:t>
      </w:r>
      <w:proofErr w:type="gramEnd"/>
      <w:r w:rsidRPr="00A31344">
        <w:rPr>
          <w:rFonts w:ascii="Times New Roman" w:hAnsi="Times New Roman" w:cs="Times New Roman"/>
          <w:b/>
          <w:sz w:val="22"/>
        </w:rPr>
        <w:t xml:space="preserve"> Marco Polo negli anni precedenti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Istituzione / plesso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A.S. / posto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Dal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Giorni</w:t>
            </w: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E4112" w:rsidRPr="00A31344" w:rsidRDefault="00A31344">
      <w:pPr>
        <w:rPr>
          <w:rFonts w:ascii="Times New Roman" w:hAnsi="Times New Roman" w:cs="Times New Roman"/>
          <w:sz w:val="22"/>
        </w:rPr>
      </w:pPr>
      <w:proofErr w:type="gramStart"/>
      <w:r w:rsidRPr="00A31344">
        <w:rPr>
          <w:rFonts w:ascii="Times New Roman" w:hAnsi="Times New Roman" w:cs="Times New Roman"/>
          <w:b/>
          <w:sz w:val="22"/>
        </w:rPr>
        <w:t>C  Altre</w:t>
      </w:r>
      <w:proofErr w:type="gramEnd"/>
      <w:r w:rsidRPr="00A31344">
        <w:rPr>
          <w:rFonts w:ascii="Times New Roman" w:hAnsi="Times New Roman" w:cs="Times New Roman"/>
          <w:b/>
          <w:sz w:val="22"/>
        </w:rPr>
        <w:t xml:space="preserve"> scuole dell’infanzia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Istituzione / plesso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A.S. / posto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Dal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Al</w:t>
            </w:r>
          </w:p>
        </w:tc>
        <w:tc>
          <w:tcPr>
            <w:tcW w:w="1994" w:type="dxa"/>
          </w:tcPr>
          <w:p w:rsidR="00EE4112" w:rsidRPr="00A31344" w:rsidRDefault="00A31344">
            <w:pPr>
              <w:rPr>
                <w:rFonts w:ascii="Times New Roman" w:hAnsi="Times New Roman" w:cs="Times New Roman"/>
                <w:sz w:val="22"/>
              </w:rPr>
            </w:pPr>
            <w:r w:rsidRPr="00A31344">
              <w:rPr>
                <w:rFonts w:ascii="Times New Roman" w:hAnsi="Times New Roman" w:cs="Times New Roman"/>
                <w:sz w:val="22"/>
              </w:rPr>
              <w:t>Giorni</w:t>
            </w: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EE4112" w:rsidRPr="00A31344">
        <w:trPr>
          <w:jc w:val="center"/>
        </w:trPr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94" w:type="dxa"/>
          </w:tcPr>
          <w:p w:rsidR="00EE4112" w:rsidRPr="00A31344" w:rsidRDefault="00EE411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E4112" w:rsidRPr="00A31344" w:rsidRDefault="00A31344">
      <w:pPr>
        <w:pStyle w:val="Titolo1"/>
        <w:rPr>
          <w:rFonts w:ascii="Times New Roman" w:hAnsi="Times New Roman" w:cs="Times New Roman"/>
          <w:sz w:val="22"/>
          <w:szCs w:val="22"/>
        </w:rPr>
      </w:pPr>
      <w:r w:rsidRPr="00A31344">
        <w:rPr>
          <w:rFonts w:ascii="Times New Roman" w:hAnsi="Times New Roman" w:cs="Times New Roman"/>
          <w:sz w:val="22"/>
          <w:szCs w:val="22"/>
        </w:rPr>
        <w:t>4 Disponibilità e allegati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Sono disponibile a prendere servizio il [DATA E ORA] nel plesso comunicato dall’Istituto.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Mi impegno a controllare l’e-mail indicata e a rispondere entro il termine fissato nella proposta.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Ho letto l’avviso di interpello e l’informativa privacy pubblicata su https://marcopolosenago.edu.it/privacy-policy/.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Allego curriculum vitae aggiornato, datato e firmato.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Segoe UI Symbol" w:hAnsi="Segoe UI Symbol" w:cs="Segoe UI Symbol"/>
          <w:sz w:val="22"/>
        </w:rPr>
        <w:t>☐</w:t>
      </w:r>
      <w:r w:rsidRPr="00A31344">
        <w:rPr>
          <w:rFonts w:ascii="Times New Roman" w:hAnsi="Times New Roman" w:cs="Times New Roman"/>
          <w:sz w:val="22"/>
        </w:rPr>
        <w:t xml:space="preserve"> Allego copia di un documento di identità in corso di validità.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La domanda compilata e firmata deve essere caricata in PDF nel Modulo Google indicato nell’avviso, insieme agli allegati obbligatori.</w:t>
      </w:r>
    </w:p>
    <w:p w:rsidR="00EE4112" w:rsidRPr="00A31344" w:rsidRDefault="00A31344">
      <w:pPr>
        <w:rPr>
          <w:rFonts w:ascii="Times New Roman" w:hAnsi="Times New Roman" w:cs="Times New Roman"/>
          <w:sz w:val="22"/>
        </w:rPr>
      </w:pPr>
      <w:r w:rsidRPr="00A31344">
        <w:rPr>
          <w:rFonts w:ascii="Times New Roman" w:hAnsi="Times New Roman" w:cs="Times New Roman"/>
          <w:sz w:val="22"/>
        </w:rPr>
        <w:t>Luogo e data __________________________    Firma leggibile __________________________</w:t>
      </w:r>
    </w:p>
    <w:sectPr w:rsidR="00EE4112" w:rsidRPr="00A31344" w:rsidSect="00A31344">
      <w:headerReference w:type="default" r:id="rId8"/>
      <w:pgSz w:w="12240" w:h="15840"/>
      <w:pgMar w:top="218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344" w:rsidRDefault="00A31344" w:rsidP="00A31344">
      <w:pPr>
        <w:spacing w:after="0" w:line="240" w:lineRule="auto"/>
      </w:pPr>
      <w:r>
        <w:separator/>
      </w:r>
    </w:p>
  </w:endnote>
  <w:endnote w:type="continuationSeparator" w:id="0">
    <w:p w:rsidR="00A31344" w:rsidRDefault="00A31344" w:rsidP="00A31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344" w:rsidRDefault="00A31344" w:rsidP="00A31344">
      <w:pPr>
        <w:spacing w:after="0" w:line="240" w:lineRule="auto"/>
      </w:pPr>
      <w:r>
        <w:separator/>
      </w:r>
    </w:p>
  </w:footnote>
  <w:footnote w:type="continuationSeparator" w:id="0">
    <w:p w:rsidR="00A31344" w:rsidRDefault="00A31344" w:rsidP="00A31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344" w:rsidRPr="00861931" w:rsidRDefault="00A31344" w:rsidP="00A31344">
    <w:pPr>
      <w:widowControl w:val="0"/>
      <w:autoSpaceDE w:val="0"/>
      <w:autoSpaceDN w:val="0"/>
      <w:spacing w:after="0" w:line="14" w:lineRule="auto"/>
      <w:rPr>
        <w:rFonts w:ascii="Times New Roman" w:eastAsia="Times New Roman" w:hAnsi="Times New Roman" w:cs="Times New Roman"/>
        <w:sz w:val="20"/>
        <w:lang w:val="it-IT"/>
      </w:rPr>
    </w:pPr>
    <w:r w:rsidRPr="00861931">
      <w:rPr>
        <w:rFonts w:ascii="Times New Roman" w:eastAsia="Times New Roman" w:hAnsi="Times New Roman" w:cs="Times New Roman"/>
        <w:noProof/>
        <w:sz w:val="20"/>
        <w:lang w:val="it-IT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7CC0EBD6" wp14:editId="10246389">
              <wp:simplePos x="0" y="0"/>
              <wp:positionH relativeFrom="page">
                <wp:posOffset>1035100</wp:posOffset>
              </wp:positionH>
              <wp:positionV relativeFrom="page">
                <wp:posOffset>231647</wp:posOffset>
              </wp:positionV>
              <wp:extent cx="5492115" cy="110236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92115" cy="1102360"/>
                        <a:chOff x="0" y="0"/>
                        <a:chExt cx="5492115" cy="110236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5492115" cy="1102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2115" h="1102360">
                              <a:moveTo>
                                <a:pt x="548576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45"/>
                              </a:lnTo>
                              <a:lnTo>
                                <a:pt x="0" y="1096010"/>
                              </a:lnTo>
                              <a:lnTo>
                                <a:pt x="0" y="1102106"/>
                              </a:lnTo>
                              <a:lnTo>
                                <a:pt x="6096" y="1102106"/>
                              </a:lnTo>
                              <a:lnTo>
                                <a:pt x="5485765" y="1102106"/>
                              </a:lnTo>
                              <a:lnTo>
                                <a:pt x="5485765" y="1096010"/>
                              </a:lnTo>
                              <a:lnTo>
                                <a:pt x="6096" y="1096010"/>
                              </a:lnTo>
                              <a:lnTo>
                                <a:pt x="6096" y="6096"/>
                              </a:lnTo>
                              <a:lnTo>
                                <a:pt x="5485765" y="6096"/>
                              </a:lnTo>
                              <a:lnTo>
                                <a:pt x="5485765" y="0"/>
                              </a:lnTo>
                              <a:close/>
                            </a:path>
                            <a:path w="5492115" h="1102360">
                              <a:moveTo>
                                <a:pt x="5491924" y="0"/>
                              </a:moveTo>
                              <a:lnTo>
                                <a:pt x="5485841" y="0"/>
                              </a:lnTo>
                              <a:lnTo>
                                <a:pt x="5485841" y="6045"/>
                              </a:lnTo>
                              <a:lnTo>
                                <a:pt x="5485841" y="1096010"/>
                              </a:lnTo>
                              <a:lnTo>
                                <a:pt x="5485841" y="1102106"/>
                              </a:lnTo>
                              <a:lnTo>
                                <a:pt x="5491924" y="1102106"/>
                              </a:lnTo>
                              <a:lnTo>
                                <a:pt x="5491924" y="1096010"/>
                              </a:lnTo>
                              <a:lnTo>
                                <a:pt x="5491924" y="6096"/>
                              </a:lnTo>
                              <a:lnTo>
                                <a:pt x="5491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732443" y="247576"/>
                          <a:ext cx="466173" cy="5211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5A527A" id="Group 1" o:spid="_x0000_s1026" style="position:absolute;margin-left:81.5pt;margin-top:18.25pt;width:432.45pt;height:86.8pt;z-index:-251657216;mso-wrap-distance-left:0;mso-wrap-distance-right:0;mso-position-horizontal-relative:page;mso-position-vertical-relative:page" coordsize="54921,110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">
              <v:shape id="Graphic 2" o:spid="_x0000_s1027" style="position:absolute;width:54921;height:11023;visibility:visible;mso-wrap-style:square;v-text-anchor:top" coordsize="5492115,110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" path="m5485765,l6096,,,,,6045,,1096010r,6096l6096,1102106r5479669,l5485765,1096010r-5479669,l6096,6096r5479669,l5485765,xem5491924,r-6083,l5485841,6045r,1089965l5485841,1102106r6083,l5491924,1096010r,-1089914l5491924,xe" fillcolor="black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47324;top:2475;width:4662;height:5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  <w:r w:rsidRPr="00861931">
      <w:rPr>
        <w:rFonts w:ascii="Times New Roman" w:eastAsia="Times New Roman" w:hAnsi="Times New Roman" w:cs="Times New Roman"/>
        <w:noProof/>
        <w:sz w:val="20"/>
        <w:lang w:val="it-IT"/>
      </w:rPr>
      <w:drawing>
        <wp:anchor distT="0" distB="0" distL="0" distR="0" simplePos="0" relativeHeight="251660288" behindDoc="1" locked="0" layoutInCell="1" allowOverlap="1" wp14:anchorId="5F0B3CBC" wp14:editId="4D25DA74">
          <wp:simplePos x="0" y="0"/>
          <wp:positionH relativeFrom="page">
            <wp:posOffset>1187295</wp:posOffset>
          </wp:positionH>
          <wp:positionV relativeFrom="page">
            <wp:posOffset>476503</wp:posOffset>
          </wp:positionV>
          <wp:extent cx="613882" cy="620395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13882" cy="620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61931">
      <w:rPr>
        <w:rFonts w:ascii="Times New Roman" w:eastAsia="Times New Roman" w:hAnsi="Times New Roman" w:cs="Times New Roman"/>
        <w:noProof/>
        <w:sz w:val="20"/>
        <w:lang w:val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403A6C08" wp14:editId="1C4F4B38">
              <wp:simplePos x="0" y="0"/>
              <wp:positionH relativeFrom="page">
                <wp:posOffset>2005329</wp:posOffset>
              </wp:positionH>
              <wp:positionV relativeFrom="page">
                <wp:posOffset>451045</wp:posOffset>
              </wp:positionV>
              <wp:extent cx="3496310" cy="6508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6310" cy="650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31344" w:rsidRDefault="00A31344" w:rsidP="00A31344">
                          <w:pPr>
                            <w:spacing w:before="14" w:line="183" w:lineRule="exact"/>
                            <w:jc w:val="center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Ministero</w:t>
                          </w:r>
                          <w:proofErr w:type="spellEnd"/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dell’Istruzione</w:t>
                          </w:r>
                          <w:proofErr w:type="spellEnd"/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16"/>
                            </w:rPr>
                            <w:t>Merito</w:t>
                          </w:r>
                          <w:proofErr w:type="spellEnd"/>
                        </w:p>
                        <w:p w:rsidR="00A31344" w:rsidRDefault="00A31344" w:rsidP="00A31344">
                          <w:pPr>
                            <w:spacing w:line="252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z w:val="22"/>
                            </w:rPr>
                            <w:t>ISTITUTO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2"/>
                            </w:rPr>
                            <w:t>COMPRENSIVO</w:t>
                          </w:r>
                          <w:r>
                            <w:rPr>
                              <w:b/>
                              <w:spacing w:val="-6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2"/>
                            </w:rPr>
                            <w:t>STATALE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2"/>
                            </w:rPr>
                            <w:t>MARCO</w:t>
                          </w:r>
                          <w:r>
                            <w:rPr>
                              <w:b/>
                              <w:spacing w:val="-8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2"/>
                            </w:rPr>
                            <w:t>POLO</w:t>
                          </w:r>
                        </w:p>
                        <w:p w:rsidR="00A31344" w:rsidRDefault="00A31344" w:rsidP="00A31344">
                          <w:pPr>
                            <w:spacing w:before="2"/>
                            <w:jc w:val="center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Codice</w:t>
                          </w:r>
                          <w:proofErr w:type="spellEnd"/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fiscale</w:t>
                          </w:r>
                          <w:proofErr w:type="spellEnd"/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80126490152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Cod.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Mecc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.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MIIC8ER00V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Codice</w:t>
                          </w:r>
                          <w:proofErr w:type="spellEnd"/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Univoco</w:t>
                          </w:r>
                          <w:proofErr w:type="spellEnd"/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UFRY1V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Sede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legale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Via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Liberazione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, 23 - 20030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Senago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(MI) Tel.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02-99056808</w:t>
                          </w:r>
                        </w:p>
                        <w:p w:rsidR="00A31344" w:rsidRDefault="00A31344" w:rsidP="00A31344">
                          <w:pPr>
                            <w:spacing w:before="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E-mail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sz w:val="16"/>
                              </w:rPr>
                              <w:t>MIIC8ER00V@istruzione.it</w:t>
                            </w:r>
                          </w:hyperlink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sito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>:</w:t>
                          </w:r>
                          <w:r>
                            <w:rPr>
                              <w:spacing w:val="31"/>
                              <w:sz w:val="16"/>
                            </w:rPr>
                            <w:t xml:space="preserve"> </w:t>
                          </w:r>
                          <w:hyperlink r:id="rId5">
                            <w:r>
                              <w:rPr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www.marcopolosenago.edu.it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3A6C08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57.9pt;margin-top:35.5pt;width:275.3pt;height:51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" filled="f" stroked="f">
              <v:textbox inset="0,0,0,0">
                <w:txbxContent>
                  <w:p w:rsidR="00A31344" w:rsidRDefault="00A31344" w:rsidP="00A31344">
                    <w:pPr>
                      <w:spacing w:before="14" w:line="183" w:lineRule="exact"/>
                      <w:jc w:val="center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Ministero</w:t>
                    </w:r>
                    <w:proofErr w:type="spellEnd"/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dell’Istruzione</w:t>
                    </w:r>
                    <w:proofErr w:type="spellEnd"/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16"/>
                      </w:rPr>
                      <w:t>Merito</w:t>
                    </w:r>
                    <w:proofErr w:type="spellEnd"/>
                  </w:p>
                  <w:p w:rsidR="00A31344" w:rsidRDefault="00A31344" w:rsidP="00A31344">
                    <w:pPr>
                      <w:spacing w:line="252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z w:val="22"/>
                      </w:rPr>
                      <w:t>ISTITUTO</w:t>
                    </w:r>
                    <w:r>
                      <w:rPr>
                        <w:b/>
                        <w:spacing w:val="-6"/>
                        <w:sz w:val="22"/>
                      </w:rPr>
                      <w:t xml:space="preserve"> </w:t>
                    </w:r>
                    <w:r>
                      <w:rPr>
                        <w:b/>
                        <w:sz w:val="22"/>
                      </w:rPr>
                      <w:t>COMPRENSIVO</w:t>
                    </w:r>
                    <w:r>
                      <w:rPr>
                        <w:b/>
                        <w:spacing w:val="-6"/>
                        <w:sz w:val="22"/>
                      </w:rPr>
                      <w:t xml:space="preserve"> </w:t>
                    </w:r>
                    <w:r>
                      <w:rPr>
                        <w:b/>
                        <w:sz w:val="22"/>
                      </w:rPr>
                      <w:t>STATALE</w:t>
                    </w:r>
                    <w:r>
                      <w:rPr>
                        <w:b/>
                        <w:spacing w:val="-8"/>
                        <w:sz w:val="22"/>
                      </w:rPr>
                      <w:t xml:space="preserve"> </w:t>
                    </w:r>
                    <w:r>
                      <w:rPr>
                        <w:b/>
                        <w:sz w:val="22"/>
                      </w:rPr>
                      <w:t>MARCO</w:t>
                    </w:r>
                    <w:r>
                      <w:rPr>
                        <w:b/>
                        <w:spacing w:val="-8"/>
                        <w:sz w:val="22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2"/>
                      </w:rPr>
                      <w:t>POLO</w:t>
                    </w:r>
                  </w:p>
                  <w:p w:rsidR="00A31344" w:rsidRDefault="00A31344" w:rsidP="00A31344">
                    <w:pPr>
                      <w:spacing w:before="2"/>
                      <w:jc w:val="center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Codice</w:t>
                    </w:r>
                    <w:proofErr w:type="spellEnd"/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fiscale</w:t>
                    </w:r>
                    <w:proofErr w:type="spellEnd"/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80126490152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Cod.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Mecc</w:t>
                    </w:r>
                    <w:proofErr w:type="spellEnd"/>
                    <w:r>
                      <w:rPr>
                        <w:sz w:val="16"/>
                      </w:rPr>
                      <w:t>.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MIIC8ER00V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Codice</w:t>
                    </w:r>
                    <w:proofErr w:type="spellEnd"/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Univoco</w:t>
                    </w:r>
                    <w:proofErr w:type="spellEnd"/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UFRY1V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Sede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legale</w:t>
                    </w:r>
                    <w:proofErr w:type="spellEnd"/>
                    <w:r>
                      <w:rPr>
                        <w:sz w:val="16"/>
                      </w:rPr>
                      <w:t xml:space="preserve"> Via </w:t>
                    </w:r>
                    <w:proofErr w:type="spellStart"/>
                    <w:r>
                      <w:rPr>
                        <w:sz w:val="16"/>
                      </w:rPr>
                      <w:t>Liberazione</w:t>
                    </w:r>
                    <w:proofErr w:type="spellEnd"/>
                    <w:r>
                      <w:rPr>
                        <w:sz w:val="16"/>
                      </w:rPr>
                      <w:t xml:space="preserve">, 23 - 20030 </w:t>
                    </w:r>
                    <w:proofErr w:type="spellStart"/>
                    <w:r>
                      <w:rPr>
                        <w:sz w:val="16"/>
                      </w:rPr>
                      <w:t>Senago</w:t>
                    </w:r>
                    <w:proofErr w:type="spellEnd"/>
                    <w:r>
                      <w:rPr>
                        <w:sz w:val="16"/>
                      </w:rPr>
                      <w:t xml:space="preserve"> (MI) Tel.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02-99056808</w:t>
                    </w:r>
                  </w:p>
                  <w:p w:rsidR="00A31344" w:rsidRDefault="00A31344" w:rsidP="00A31344">
                    <w:pPr>
                      <w:spacing w:before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E-mail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sz w:val="16"/>
                        </w:rPr>
                        <w:t>MIIC8ER00V@istruzione.it</w:t>
                      </w:r>
                    </w:hyperlink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</w:rPr>
                      <w:t>sito</w:t>
                    </w:r>
                    <w:proofErr w:type="spellEnd"/>
                    <w:r>
                      <w:rPr>
                        <w:sz w:val="16"/>
                      </w:rPr>
                      <w:t>:</w:t>
                    </w:r>
                    <w:r>
                      <w:rPr>
                        <w:spacing w:val="31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color w:val="0462C1"/>
                          <w:spacing w:val="-2"/>
                          <w:sz w:val="16"/>
                          <w:u w:val="single" w:color="0462C1"/>
                        </w:rPr>
                        <w:t>www.marcopolosenago.edu.it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:rsidR="00A31344" w:rsidRDefault="00A313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55ED"/>
    <w:rsid w:val="00A31344"/>
    <w:rsid w:val="00AA1D8D"/>
    <w:rsid w:val="00B47730"/>
    <w:rsid w:val="00CB0664"/>
    <w:rsid w:val="00EE41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146CABE"/>
  <w14:defaultImageDpi w14:val="300"/>
  <w15:docId w15:val="{BCD3D6D4-2F30-4D46-B84C-299EB5B4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0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marcopolosenago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MIIC8ER00V@istruzione.it" TargetMode="External"/><Relationship Id="rId5" Type="http://schemas.openxmlformats.org/officeDocument/2006/relationships/hyperlink" Target="http://www.marcopolosenago.edu.it/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46E249-F0AF-4ABF-980A-6351C8AA7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Preside@SEGRETERIA.LOCAL</cp:lastModifiedBy>
  <cp:revision>3</cp:revision>
  <dcterms:created xsi:type="dcterms:W3CDTF">2013-12-23T23:15:00Z</dcterms:created>
  <dcterms:modified xsi:type="dcterms:W3CDTF">2026-09-28T08:03:00Z</dcterms:modified>
  <cp:category/>
</cp:coreProperties>
</file>